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Modelo de carta de baja voluntaria</w:t>
      </w:r>
    </w:p>
    <w:p>
      <w:r>
        <w:t>Sustituye los datos entre corchetes, imprime dos copias y pide que la empresa firme y feche la tuya como «recibí».</w:t>
      </w:r>
    </w:p>
    <w:p>
      <w:r>
        <w:t>[Nombre y apellidos]</w:t>
      </w:r>
    </w:p>
    <w:p>
      <w:r>
        <w:t>[Dirección]</w:t>
      </w:r>
    </w:p>
    <w:p>
      <w:r>
        <w:t>DNI: [número]</w:t>
      </w:r>
    </w:p>
    <w:p/>
    <w:p>
      <w:r>
        <w:t>A la atención de [nombre de la empresa]</w:t>
      </w:r>
    </w:p>
    <w:p>
      <w:r>
        <w:t>[Departamento de Recursos Humanos / responsable]</w:t>
      </w:r>
    </w:p>
    <w:p>
      <w:r>
        <w:t>[Dirección de la empresa]</w:t>
      </w:r>
    </w:p>
    <w:p/>
    <w:p>
      <w:r>
        <w:t>En [ciudad], a [día] de [mes] de [año]</w:t>
      </w:r>
    </w:p>
    <w:p/>
    <w:p>
      <w:r>
        <w:t>Asunto: comunicación de baja voluntaria</w:t>
      </w:r>
    </w:p>
    <w:p/>
    <w:p>
      <w:r>
        <w:t>Por medio de la presente, yo, [nombre y apellidos], con DNI [número], que presto mis servicios en [empresa] con la categoría de [puesto] desde el [fecha de inicio], comunico mi decisión de causar baja voluntaria en la empresa, extinguiendo mi contrato de trabajo conforme al artículo 49.1.d del Estatuto de los Trabajadores.</w:t>
      </w:r>
    </w:p>
    <w:p/>
    <w:p>
      <w:r>
        <w:t>Respetando el plazo de preaviso de [número] días establecido en [el convenio colectivo / mi contrato], mi último día de trabajo será el [fecha].</w:t>
      </w:r>
    </w:p>
    <w:p/>
    <w:p>
      <w:r>
        <w:t>Solicito que me hagáis llegar la propuesta de liquidación (finiquito) con antelación suficiente.</w:t>
      </w:r>
    </w:p>
    <w:p/>
    <w:p>
      <w:r>
        <w:t>Agradezco la oportunidad y la experiencia de este tiempo y quedo a disposición para facilitar el relevo de mis tareas.</w:t>
      </w:r>
    </w:p>
    <w:p/>
    <w:p>
      <w:r>
        <w:t>Atentamente,</w:t>
      </w:r>
    </w:p>
    <w:p/>
    <w:p/>
    <w:p>
      <w:r>
        <w:t>Fdo.: [nombre y apellidos]</w:t>
      </w:r>
    </w:p>
    <w:p/>
    <w:p/>
    <w:p>
      <w:r>
        <w:t>Recibí (empresa): ______________________   Fecha: ____ / ____ / ______</w:t>
      </w:r>
    </w:p>
    <w:p>
      <w:r>
        <w:t>Firma y sello: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